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  <w:color w:val="6B6B6B"/>
          <w:sz w:val="18"/>
        </w:rPr>
        <w:t>How to use this: replace everything in [brackets], delete this line, then paste the letter into an email or attach it. Send the one-page business case with it.</w:t>
      </w:r>
    </w:p>
    <w:p>
      <w:pPr>
        <w:spacing w:after="240"/>
      </w:pPr>
      <w:r>
        <w:rPr>
          <w:b w:val="0"/>
        </w:rPr>
      </w:r>
      <w:r>
        <w:rPr>
          <w:b/>
        </w:rPr>
        <w:t>Subject:</w:t>
      </w:r>
      <w:r>
        <w:rPr>
          <w:b w:val="0"/>
        </w:rPr>
        <w:t xml:space="preserve"> Training request for AI For Business</w:t>
      </w:r>
    </w:p>
    <w:p>
      <w:r>
        <w:rPr>
          <w:b w:val="0"/>
        </w:rPr>
        <w:t>Hi [Manager name],</w:t>
      </w:r>
    </w:p>
    <w:p>
      <w:r>
        <w:rPr>
          <w:b w:val="0"/>
        </w:rPr>
        <w:t>I'd like to ask the company to cover a training membership that would help me get more out of AI in my role as [your role].</w:t>
      </w:r>
    </w:p>
    <w:p>
      <w:r>
        <w:rPr>
          <w:b w:val="0"/>
        </w:rPr>
        <w:t>A good part of my week goes to [task 1], [task 2] and [task 3]. I want to hand parts of that work to an AI team, set up properly and checked by me, so I have more time for [the work that needs you most].</w:t>
      </w:r>
    </w:p>
    <w:p>
      <w:pPr>
        <w:spacing w:after="80"/>
      </w:pPr>
      <w:r>
        <w:rPr>
          <w:b w:val="0"/>
        </w:rPr>
        <w:t>AI For Business is built for exactly that. It's a membership run by BG Hamrick, who runs his own businesses with a team of AI bots and teaches what's working each week. It includes:</w:t>
      </w:r>
    </w:p>
    <w:p>
      <w:pPr>
        <w:pStyle w:val="ListBullet"/>
      </w:pPr>
      <w:r>
        <w:t>Live, hands-on classes, and every class has a replay</w:t>
      </w:r>
    </w:p>
    <w:p>
      <w:pPr>
        <w:pStyle w:val="ListBullet"/>
      </w:pPr>
      <w:r>
        <w:t>Office Hours every week, where members bring real work and build it live</w:t>
      </w:r>
    </w:p>
    <w:p>
      <w:pPr>
        <w:pStyle w:val="ListBullet"/>
      </w:pPr>
      <w:r>
        <w:t>Setup guides for Grok, Claude and ChatGPT, plus the 4-Week Program to get started</w:t>
      </w:r>
    </w:p>
    <w:p>
      <w:pPr>
        <w:pStyle w:val="ListBullet"/>
      </w:pPr>
      <w:r>
        <w:t>A new ready-to-use skill each week, and Alphryd, the lead of an AI team I'd set up for my own work</w:t>
      </w:r>
    </w:p>
    <w:p>
      <w:pPr>
        <w:pStyle w:val="ListBullet"/>
        <w:spacing w:after="180"/>
      </w:pPr>
      <w:r>
        <w:t>A members-only Community for questions</w:t>
      </w:r>
    </w:p>
    <w:p>
      <w:pPr>
        <w:spacing w:after="80"/>
      </w:pPr>
      <w:r>
        <w:rPr>
          <w:b w:val="0"/>
        </w:rPr>
      </w:r>
      <w:r>
        <w:rPr>
          <w:b/>
        </w:rPr>
        <w:t>What I'd bring back to the team</w:t>
      </w:r>
      <w:r>
        <w:rPr>
          <w:b w:val="0"/>
        </w:rPr>
      </w:r>
    </w:p>
    <w:p>
      <w:pPr>
        <w:pStyle w:val="ListBullet"/>
      </w:pPr>
      <w:r>
        <w:t>[Way 1, for example: client follow-up emails drafted for review, so replies go out sooner]</w:t>
      </w:r>
    </w:p>
    <w:p>
      <w:pPr>
        <w:pStyle w:val="ListBullet"/>
      </w:pPr>
      <w:r>
        <w:t>[Way 2, for example: meeting notes turned into decisions and tasks with an owner and a due date]</w:t>
      </w:r>
    </w:p>
    <w:p>
      <w:pPr>
        <w:pStyle w:val="ListBullet"/>
        <w:spacing w:after="180"/>
      </w:pPr>
      <w:r>
        <w:t>[Way 3, for example: a short daily brief of the emails and meetings that need attention]</w:t>
      </w:r>
    </w:p>
    <w:p>
      <w:r>
        <w:rPr>
          <w:b w:val="0"/>
        </w:rPr>
      </w:r>
      <w:r>
        <w:rPr>
          <w:b/>
        </w:rPr>
        <w:t>Cost and time.</w:t>
      </w:r>
      <w:r>
        <w:rPr>
          <w:b w:val="0"/>
        </w:rPr>
        <w:t xml:space="preserve"> The plan I'd choose is [Monthly at $97 a month / Yearly at $997 a year, which is two months free]. It starts with a 7-day free trial and can be cancelled anytime. The classes are live, but every one has a replay, so it fits around my work. I'd plan on about [hours per week] a week.</w:t>
      </w:r>
    </w:p>
    <w:p>
      <w:r>
        <w:rPr>
          <w:b w:val="0"/>
        </w:rPr>
      </w:r>
      <w:r>
        <w:rPr>
          <w:b/>
        </w:rPr>
        <w:t>What you'd see from it.</w:t>
      </w:r>
      <w:r>
        <w:rPr>
          <w:b w:val="0"/>
        </w:rPr>
        <w:t xml:space="preserve"> After [number] weeks, I'll give the team a short demo of what I set up, what worked and what didn't, and how much time it's saving me ([hours saved per week]).</w:t>
      </w:r>
    </w:p>
    <w:p>
      <w:r>
        <w:rPr>
          <w:b w:val="0"/>
        </w:rPr>
        <w:t>If you're good with it, I'd start on [start date]. A quick yes by email is all I need. I've attached a one-page summary in case it helps.</w:t>
      </w:r>
    </w:p>
    <w:p>
      <w:pPr>
        <w:spacing w:after="240"/>
      </w:pPr>
      <w:r>
        <w:rPr>
          <w:b w:val="0"/>
        </w:rPr>
        <w:t>Thank you for considering it,</w:t>
      </w:r>
    </w:p>
    <w:p>
      <w:pPr>
        <w:spacing w:after="0"/>
      </w:pPr>
      <w:r>
        <w:rPr>
          <w:b w:val="0"/>
        </w:rPr>
        <w:t>[Your name]</w:t>
      </w:r>
    </w:p>
    <w:p>
      <w:pPr>
        <w:spacing w:after="0"/>
      </w:pPr>
      <w:r>
        <w:rPr>
          <w:b w:val="0"/>
        </w:rPr>
        <w:t>[Your role]</w:t>
      </w:r>
    </w:p>
    <w:sectPr w:rsidR="00FC693F" w:rsidRPr="0006063C" w:rsidSect="00034616">
      <w:pgSz w:w="12240" w:h="15840"/>
      <w:pgMar w:top="1224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rial" w:hAnsi="Arial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